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B0AD4" w14:textId="77777777" w:rsidR="00905301" w:rsidRDefault="00206BF0">
      <w:pPr>
        <w:pStyle w:val="Heading1"/>
        <w:jc w:val="center"/>
      </w:pPr>
      <w:r>
        <w:t>DECLARAȚIE PRIVIND BENEFICIARII REALI – MODEL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51"/>
        <w:gridCol w:w="7087"/>
      </w:tblGrid>
      <w:tr w:rsidR="00905301" w:rsidRPr="00206BF0" w14:paraId="1C4BF960" w14:textId="77777777">
        <w:trPr>
          <w:jc w:val="center"/>
        </w:trPr>
        <w:tc>
          <w:tcPr>
            <w:tcW w:w="2551" w:type="dxa"/>
            <w:shd w:val="clear" w:color="auto" w:fill="D9EAF7"/>
            <w:vAlign w:val="center"/>
          </w:tcPr>
          <w:p w14:paraId="3DEB2462" w14:textId="77777777" w:rsidR="00905301" w:rsidRPr="00206BF0" w:rsidRDefault="00206BF0">
            <w:r w:rsidRPr="00206BF0">
              <w:rPr>
                <w:b/>
              </w:rPr>
              <w:t>Element</w:t>
            </w:r>
          </w:p>
        </w:tc>
        <w:tc>
          <w:tcPr>
            <w:tcW w:w="7087" w:type="dxa"/>
            <w:shd w:val="clear" w:color="auto" w:fill="D9EAF7"/>
            <w:vAlign w:val="center"/>
          </w:tcPr>
          <w:p w14:paraId="00DF9461" w14:textId="77777777" w:rsidR="00905301" w:rsidRPr="00206BF0" w:rsidRDefault="00206BF0">
            <w:r w:rsidRPr="00206BF0">
              <w:rPr>
                <w:b/>
              </w:rPr>
              <w:t>Date</w:t>
            </w:r>
          </w:p>
        </w:tc>
      </w:tr>
      <w:tr w:rsidR="00905301" w:rsidRPr="00206BF0" w14:paraId="2D8FBF74" w14:textId="77777777">
        <w:trPr>
          <w:jc w:val="center"/>
        </w:trPr>
        <w:tc>
          <w:tcPr>
            <w:tcW w:w="2551" w:type="dxa"/>
            <w:vAlign w:val="center"/>
          </w:tcPr>
          <w:p w14:paraId="29AA8AD4" w14:textId="77777777" w:rsidR="00905301" w:rsidRPr="00206BF0" w:rsidRDefault="00206BF0">
            <w:r w:rsidRPr="00206BF0">
              <w:t>Apel</w:t>
            </w:r>
          </w:p>
        </w:tc>
        <w:tc>
          <w:tcPr>
            <w:tcW w:w="7087" w:type="dxa"/>
            <w:vAlign w:val="center"/>
          </w:tcPr>
          <w:p w14:paraId="0E9CB9C7" w14:textId="77777777" w:rsidR="00905301" w:rsidRPr="00206BF0" w:rsidRDefault="00206BF0">
            <w:r w:rsidRPr="00206BF0">
              <w:t xml:space="preserve">PNRR/2025/C11/REFORMA 1 – Componenta C11 – Turism și cultură, Reforma R1 – Operaționalizarea Organizațiilor de </w:t>
            </w:r>
            <w:r w:rsidRPr="00206BF0">
              <w:t>Management al Destinației</w:t>
            </w:r>
          </w:p>
        </w:tc>
      </w:tr>
      <w:tr w:rsidR="00905301" w:rsidRPr="00206BF0" w14:paraId="3E665E29" w14:textId="77777777">
        <w:trPr>
          <w:jc w:val="center"/>
        </w:trPr>
        <w:tc>
          <w:tcPr>
            <w:tcW w:w="2551" w:type="dxa"/>
            <w:vAlign w:val="center"/>
          </w:tcPr>
          <w:p w14:paraId="7EB09127" w14:textId="77777777" w:rsidR="00905301" w:rsidRPr="00206BF0" w:rsidRDefault="00206BF0">
            <w:r w:rsidRPr="00206BF0">
              <w:t>Beneficiar</w:t>
            </w:r>
          </w:p>
        </w:tc>
        <w:tc>
          <w:tcPr>
            <w:tcW w:w="7087" w:type="dxa"/>
            <w:vAlign w:val="center"/>
          </w:tcPr>
          <w:p w14:paraId="56BD7CB7" w14:textId="77777777" w:rsidR="00905301" w:rsidRPr="00206BF0" w:rsidRDefault="00206BF0">
            <w:r w:rsidRPr="00206BF0">
              <w:t>COMUNA MOLDOVIȚA, JUDEȚUL SUCEAVA</w:t>
            </w:r>
          </w:p>
        </w:tc>
      </w:tr>
      <w:tr w:rsidR="00905301" w:rsidRPr="00206BF0" w14:paraId="392C6751" w14:textId="77777777">
        <w:trPr>
          <w:jc w:val="center"/>
        </w:trPr>
        <w:tc>
          <w:tcPr>
            <w:tcW w:w="2551" w:type="dxa"/>
            <w:vAlign w:val="center"/>
          </w:tcPr>
          <w:p w14:paraId="78371106" w14:textId="77777777" w:rsidR="00905301" w:rsidRPr="00206BF0" w:rsidRDefault="00206BF0">
            <w:r w:rsidRPr="00206BF0">
              <w:t>Titlul proiectului</w:t>
            </w:r>
          </w:p>
        </w:tc>
        <w:tc>
          <w:tcPr>
            <w:tcW w:w="7087" w:type="dxa"/>
            <w:vAlign w:val="center"/>
          </w:tcPr>
          <w:p w14:paraId="739513FB" w14:textId="77777777" w:rsidR="00905301" w:rsidRPr="00206BF0" w:rsidRDefault="00206BF0">
            <w:r w:rsidRPr="00206BF0">
              <w:t>Via Moldovița – Dezvoltarea și promovarea rețelei de trasee turistice din destinația Moldovița</w:t>
            </w:r>
          </w:p>
        </w:tc>
      </w:tr>
      <w:tr w:rsidR="00905301" w:rsidRPr="00206BF0" w14:paraId="6BAF04E6" w14:textId="77777777">
        <w:trPr>
          <w:jc w:val="center"/>
        </w:trPr>
        <w:tc>
          <w:tcPr>
            <w:tcW w:w="2551" w:type="dxa"/>
            <w:vAlign w:val="center"/>
          </w:tcPr>
          <w:p w14:paraId="77844DE3" w14:textId="77777777" w:rsidR="00905301" w:rsidRPr="00206BF0" w:rsidRDefault="00206BF0">
            <w:r w:rsidRPr="00206BF0">
              <w:t>Contract de finanțare</w:t>
            </w:r>
          </w:p>
        </w:tc>
        <w:tc>
          <w:tcPr>
            <w:tcW w:w="7087" w:type="dxa"/>
            <w:vAlign w:val="center"/>
          </w:tcPr>
          <w:p w14:paraId="29ACF7E6" w14:textId="3CC898B7" w:rsidR="00905301" w:rsidRPr="00206BF0" w:rsidRDefault="00206BF0">
            <w:r w:rsidRPr="00206BF0">
              <w:t>nr.109</w:t>
            </w:r>
            <w:r w:rsidRPr="00206BF0">
              <w:t xml:space="preserve"> / 14.08.2026</w:t>
            </w:r>
          </w:p>
        </w:tc>
      </w:tr>
      <w:tr w:rsidR="00905301" w14:paraId="5BBCCD09" w14:textId="77777777">
        <w:trPr>
          <w:jc w:val="center"/>
        </w:trPr>
        <w:tc>
          <w:tcPr>
            <w:tcW w:w="2551" w:type="dxa"/>
            <w:vAlign w:val="center"/>
          </w:tcPr>
          <w:p w14:paraId="345BDD4C" w14:textId="77777777" w:rsidR="00905301" w:rsidRPr="00206BF0" w:rsidRDefault="00206BF0">
            <w:r w:rsidRPr="00206BF0">
              <w:t>Achiziția</w:t>
            </w:r>
          </w:p>
        </w:tc>
        <w:tc>
          <w:tcPr>
            <w:tcW w:w="7087" w:type="dxa"/>
            <w:vAlign w:val="center"/>
          </w:tcPr>
          <w:p w14:paraId="43457C42" w14:textId="77777777" w:rsidR="00905301" w:rsidRDefault="00206BF0">
            <w:r w:rsidRPr="00206BF0">
              <w:t>Servicii de digitalizare a traseelor turistice Via Moldovița și dotări IT pentru management</w:t>
            </w:r>
          </w:p>
        </w:tc>
      </w:tr>
    </w:tbl>
    <w:p w14:paraId="7512C309" w14:textId="77777777" w:rsidR="00905301" w:rsidRDefault="00206BF0">
      <w:r>
        <w:t>Subsemnatul/Subsemnata ______________________________, în calitate de reprezentant legal al operatorului economic ______________________________, CUI ___</w:t>
      </w:r>
      <w:r>
        <w:t>_________________, declar pe propria răspundere, sub sancțiunile aplicabile declarațiilor necorespunzătoare adevărului, următoarele:</w:t>
      </w:r>
    </w:p>
    <w:p w14:paraId="6BD11845" w14:textId="77777777" w:rsidR="00905301" w:rsidRDefault="00206BF0">
      <w:pPr>
        <w:pStyle w:val="Heading2"/>
      </w:pPr>
      <w:r>
        <w:t>1. Beneficiarii reali ai operatorului economic sunt: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1701"/>
        <w:gridCol w:w="3504"/>
        <w:gridCol w:w="3969"/>
      </w:tblGrid>
      <w:tr w:rsidR="00905301" w14:paraId="23229673" w14:textId="77777777">
        <w:trPr>
          <w:jc w:val="center"/>
        </w:trPr>
        <w:tc>
          <w:tcPr>
            <w:tcW w:w="567" w:type="dxa"/>
            <w:shd w:val="clear" w:color="auto" w:fill="D9EAF7"/>
            <w:vAlign w:val="center"/>
          </w:tcPr>
          <w:p w14:paraId="4F9CED67" w14:textId="77777777" w:rsidR="00905301" w:rsidRDefault="00206BF0">
            <w:r>
              <w:rPr>
                <w:b/>
              </w:rPr>
              <w:t>Nr.</w:t>
            </w:r>
          </w:p>
        </w:tc>
        <w:tc>
          <w:tcPr>
            <w:tcW w:w="1701" w:type="dxa"/>
            <w:shd w:val="clear" w:color="auto" w:fill="D9EAF7"/>
            <w:vAlign w:val="center"/>
          </w:tcPr>
          <w:p w14:paraId="524C5645" w14:textId="77777777" w:rsidR="00905301" w:rsidRDefault="00206BF0">
            <w:r>
              <w:rPr>
                <w:b/>
              </w:rPr>
              <w:t>Element</w:t>
            </w:r>
          </w:p>
        </w:tc>
        <w:tc>
          <w:tcPr>
            <w:tcW w:w="2835" w:type="dxa"/>
            <w:shd w:val="clear" w:color="auto" w:fill="D9EAF7"/>
            <w:vAlign w:val="center"/>
          </w:tcPr>
          <w:p w14:paraId="55966457" w14:textId="77777777" w:rsidR="00905301" w:rsidRDefault="00206BF0">
            <w:r>
              <w:rPr>
                <w:b/>
              </w:rPr>
              <w:t>Date</w:t>
            </w:r>
          </w:p>
        </w:tc>
        <w:tc>
          <w:tcPr>
            <w:tcW w:w="3969" w:type="dxa"/>
            <w:shd w:val="clear" w:color="auto" w:fill="D9EAF7"/>
            <w:vAlign w:val="center"/>
          </w:tcPr>
          <w:p w14:paraId="05943E31" w14:textId="77777777" w:rsidR="00905301" w:rsidRDefault="00206BF0">
            <w:r>
              <w:rPr>
                <w:b/>
              </w:rPr>
              <w:t>Observații</w:t>
            </w:r>
          </w:p>
        </w:tc>
      </w:tr>
      <w:tr w:rsidR="00905301" w14:paraId="119C2C50" w14:textId="77777777">
        <w:trPr>
          <w:jc w:val="center"/>
        </w:trPr>
        <w:tc>
          <w:tcPr>
            <w:tcW w:w="567" w:type="dxa"/>
            <w:vAlign w:val="center"/>
          </w:tcPr>
          <w:p w14:paraId="00F2798C" w14:textId="77777777" w:rsidR="00905301" w:rsidRDefault="00206BF0">
            <w:r>
              <w:t>1</w:t>
            </w:r>
          </w:p>
        </w:tc>
        <w:tc>
          <w:tcPr>
            <w:tcW w:w="1701" w:type="dxa"/>
            <w:vAlign w:val="center"/>
          </w:tcPr>
          <w:p w14:paraId="712D9313" w14:textId="77777777" w:rsidR="00905301" w:rsidRDefault="00206BF0">
            <w:r>
              <w:t>Nume și prenume</w:t>
            </w:r>
          </w:p>
        </w:tc>
        <w:tc>
          <w:tcPr>
            <w:tcW w:w="2835" w:type="dxa"/>
            <w:vAlign w:val="center"/>
          </w:tcPr>
          <w:p w14:paraId="7C7027FA" w14:textId="77777777" w:rsidR="00905301" w:rsidRDefault="00206BF0">
            <w:r>
              <w:t>______________________________</w:t>
            </w:r>
          </w:p>
        </w:tc>
        <w:tc>
          <w:tcPr>
            <w:tcW w:w="3969" w:type="dxa"/>
            <w:vAlign w:val="center"/>
          </w:tcPr>
          <w:p w14:paraId="75BA92BC" w14:textId="77777777" w:rsidR="00905301" w:rsidRDefault="00206BF0">
            <w:r>
              <w:t>Calitate/control/participație: ______________________________</w:t>
            </w:r>
          </w:p>
        </w:tc>
      </w:tr>
      <w:tr w:rsidR="00905301" w14:paraId="7E4DB598" w14:textId="77777777">
        <w:trPr>
          <w:jc w:val="center"/>
        </w:trPr>
        <w:tc>
          <w:tcPr>
            <w:tcW w:w="567" w:type="dxa"/>
            <w:vAlign w:val="center"/>
          </w:tcPr>
          <w:p w14:paraId="2F5CAFD6" w14:textId="77777777" w:rsidR="00905301" w:rsidRDefault="00206BF0">
            <w:r>
              <w:t>2</w:t>
            </w:r>
          </w:p>
        </w:tc>
        <w:tc>
          <w:tcPr>
            <w:tcW w:w="1701" w:type="dxa"/>
            <w:vAlign w:val="center"/>
          </w:tcPr>
          <w:p w14:paraId="11D2761E" w14:textId="77777777" w:rsidR="00905301" w:rsidRDefault="00206BF0">
            <w:r>
              <w:t>Nume și prenume</w:t>
            </w:r>
          </w:p>
        </w:tc>
        <w:tc>
          <w:tcPr>
            <w:tcW w:w="2835" w:type="dxa"/>
            <w:vAlign w:val="center"/>
          </w:tcPr>
          <w:p w14:paraId="520A1A6A" w14:textId="77777777" w:rsidR="00905301" w:rsidRDefault="00206BF0">
            <w:r>
              <w:t>______________________________</w:t>
            </w:r>
          </w:p>
        </w:tc>
        <w:tc>
          <w:tcPr>
            <w:tcW w:w="3969" w:type="dxa"/>
            <w:vAlign w:val="center"/>
          </w:tcPr>
          <w:p w14:paraId="68A43337" w14:textId="77777777" w:rsidR="00905301" w:rsidRDefault="00206BF0">
            <w:r>
              <w:t>Calitate/control/participație: ______________________________</w:t>
            </w:r>
          </w:p>
        </w:tc>
      </w:tr>
      <w:tr w:rsidR="00905301" w14:paraId="109E4963" w14:textId="77777777">
        <w:trPr>
          <w:jc w:val="center"/>
        </w:trPr>
        <w:tc>
          <w:tcPr>
            <w:tcW w:w="567" w:type="dxa"/>
            <w:vAlign w:val="center"/>
          </w:tcPr>
          <w:p w14:paraId="063C88A6" w14:textId="77777777" w:rsidR="00905301" w:rsidRDefault="00206BF0">
            <w:r>
              <w:t>3</w:t>
            </w:r>
          </w:p>
        </w:tc>
        <w:tc>
          <w:tcPr>
            <w:tcW w:w="1701" w:type="dxa"/>
            <w:vAlign w:val="center"/>
          </w:tcPr>
          <w:p w14:paraId="5B5308AB" w14:textId="77777777" w:rsidR="00905301" w:rsidRDefault="00206BF0">
            <w:r>
              <w:t>Nume și prenume</w:t>
            </w:r>
          </w:p>
        </w:tc>
        <w:tc>
          <w:tcPr>
            <w:tcW w:w="2835" w:type="dxa"/>
            <w:vAlign w:val="center"/>
          </w:tcPr>
          <w:p w14:paraId="1B806316" w14:textId="77777777" w:rsidR="00905301" w:rsidRDefault="00206BF0">
            <w:r>
              <w:t>______________________________</w:t>
            </w:r>
          </w:p>
        </w:tc>
        <w:tc>
          <w:tcPr>
            <w:tcW w:w="3969" w:type="dxa"/>
            <w:vAlign w:val="center"/>
          </w:tcPr>
          <w:p w14:paraId="27660A1A" w14:textId="77777777" w:rsidR="00905301" w:rsidRDefault="00206BF0">
            <w:r>
              <w:t>C</w:t>
            </w:r>
            <w:r>
              <w:t>alitate/control/participație: ______________________________</w:t>
            </w:r>
          </w:p>
        </w:tc>
      </w:tr>
    </w:tbl>
    <w:p w14:paraId="23720873" w14:textId="77777777" w:rsidR="00905301" w:rsidRDefault="00206BF0">
      <w:pPr>
        <w:pStyle w:val="Heading2"/>
      </w:pPr>
      <w:r>
        <w:t>2. Confirmări</w:t>
      </w:r>
    </w:p>
    <w:p w14:paraId="68BAE111" w14:textId="77777777" w:rsidR="00905301" w:rsidRDefault="00206BF0">
      <w:r>
        <w:t>Declar că informațiile de mai sus sunt complete, corecte și actuale. Mă oblig să comunic în scris orice modificare intervenită până la finalizarea contractului. În cazul declarării</w:t>
      </w:r>
      <w:r>
        <w:t xml:space="preserve"> subcontractorilor, fiecare subcontractor va transmite o declarație privind beneficiarii reali, după caz.</w:t>
      </w:r>
    </w:p>
    <w:p w14:paraId="64593957" w14:textId="77777777" w:rsidR="00905301" w:rsidRDefault="00206BF0">
      <w:r>
        <w:rPr>
          <w:highlight w:val="yellow"/>
        </w:rPr>
        <w:t>Data: ____________</w:t>
      </w:r>
      <w:r>
        <w:rPr>
          <w:highlight w:val="yellow"/>
        </w:rPr>
        <w:br/>
      </w:r>
      <w:r>
        <w:rPr>
          <w:highlight w:val="yellow"/>
        </w:rPr>
        <w:br/>
        <w:t>Denumire operator economic: ______________________________</w:t>
      </w:r>
      <w:r>
        <w:rPr>
          <w:highlight w:val="yellow"/>
        </w:rPr>
        <w:br/>
        <w:t>Reprezentant legal: ______________________________</w:t>
      </w:r>
      <w:r>
        <w:rPr>
          <w:highlight w:val="yellow"/>
        </w:rPr>
        <w:br/>
        <w:t>Semnătură și ștampil</w:t>
      </w:r>
      <w:r>
        <w:rPr>
          <w:highlight w:val="yellow"/>
        </w:rPr>
        <w:t>ă: ______________________________</w:t>
      </w:r>
    </w:p>
    <w:sectPr w:rsidR="00905301" w:rsidSect="00034616">
      <w:pgSz w:w="12240" w:h="15840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287" w:usb1="08070000" w:usb2="00000010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06BF0"/>
    <w:rsid w:val="0029639D"/>
    <w:rsid w:val="00326F90"/>
    <w:rsid w:val="00905301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9E4270"/>
  <w14:defaultImageDpi w14:val="300"/>
  <w15:docId w15:val="{93F88BBC-6EDC-402A-A163-D8783322A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Livia Camciuc</cp:lastModifiedBy>
  <cp:revision>2</cp:revision>
  <dcterms:created xsi:type="dcterms:W3CDTF">2013-12-23T23:15:00Z</dcterms:created>
  <dcterms:modified xsi:type="dcterms:W3CDTF">2026-08-20T16:44:00Z</dcterms:modified>
  <cp:category/>
</cp:coreProperties>
</file>