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DCB94" w14:textId="77777777" w:rsidR="000407DD" w:rsidRDefault="00FE09F2">
      <w:pPr>
        <w:pStyle w:val="Heading1"/>
        <w:jc w:val="center"/>
      </w:pPr>
      <w:r>
        <w:t>DECLARAȚIE PRIVIND LIPSA CONFLICTULUI DE INTERESE – MODEL</w:t>
      </w:r>
    </w:p>
    <w:tbl>
      <w:tblPr>
        <w:tblStyle w:val="TableGrid"/>
        <w:tblW w:w="0" w:type="auto"/>
        <w:jc w:val="center"/>
        <w:tblLook w:val="04A0" w:firstRow="1" w:lastRow="0" w:firstColumn="1" w:lastColumn="0" w:noHBand="0" w:noVBand="1"/>
      </w:tblPr>
      <w:tblGrid>
        <w:gridCol w:w="2551"/>
        <w:gridCol w:w="7087"/>
      </w:tblGrid>
      <w:tr w:rsidR="000407DD" w14:paraId="77C4C762" w14:textId="77777777">
        <w:trPr>
          <w:jc w:val="center"/>
        </w:trPr>
        <w:tc>
          <w:tcPr>
            <w:tcW w:w="2551" w:type="dxa"/>
            <w:shd w:val="clear" w:color="auto" w:fill="D9EAF7"/>
            <w:vAlign w:val="center"/>
          </w:tcPr>
          <w:p w14:paraId="4ED7E8FF" w14:textId="77777777" w:rsidR="000407DD" w:rsidRDefault="00FE09F2">
            <w:r>
              <w:rPr>
                <w:b/>
              </w:rPr>
              <w:t>Element</w:t>
            </w:r>
          </w:p>
        </w:tc>
        <w:tc>
          <w:tcPr>
            <w:tcW w:w="7087" w:type="dxa"/>
            <w:shd w:val="clear" w:color="auto" w:fill="D9EAF7"/>
            <w:vAlign w:val="center"/>
          </w:tcPr>
          <w:p w14:paraId="4C125E9F" w14:textId="77777777" w:rsidR="000407DD" w:rsidRDefault="00FE09F2">
            <w:r>
              <w:rPr>
                <w:b/>
              </w:rPr>
              <w:t>Date</w:t>
            </w:r>
          </w:p>
        </w:tc>
      </w:tr>
      <w:tr w:rsidR="000407DD" w14:paraId="78AF7C6D" w14:textId="77777777">
        <w:trPr>
          <w:jc w:val="center"/>
        </w:trPr>
        <w:tc>
          <w:tcPr>
            <w:tcW w:w="2551" w:type="dxa"/>
            <w:vAlign w:val="center"/>
          </w:tcPr>
          <w:p w14:paraId="532201B2" w14:textId="77777777" w:rsidR="000407DD" w:rsidRDefault="00FE09F2">
            <w:r>
              <w:t>Apel</w:t>
            </w:r>
          </w:p>
        </w:tc>
        <w:tc>
          <w:tcPr>
            <w:tcW w:w="7087" w:type="dxa"/>
            <w:vAlign w:val="center"/>
          </w:tcPr>
          <w:p w14:paraId="5AA7F6AF" w14:textId="77777777" w:rsidR="000407DD" w:rsidRDefault="00FE09F2">
            <w:r>
              <w:t xml:space="preserve">PNRR/2025/C11/REFORMA 1 – Componenta C11 – Turism și cultură, Reforma R1 – Operaționalizarea </w:t>
            </w:r>
            <w:r>
              <w:t>Organizațiilor de Management al Destinației</w:t>
            </w:r>
          </w:p>
        </w:tc>
      </w:tr>
      <w:tr w:rsidR="000407DD" w14:paraId="1968306D" w14:textId="77777777">
        <w:trPr>
          <w:jc w:val="center"/>
        </w:trPr>
        <w:tc>
          <w:tcPr>
            <w:tcW w:w="2551" w:type="dxa"/>
            <w:vAlign w:val="center"/>
          </w:tcPr>
          <w:p w14:paraId="7F454E2A" w14:textId="77777777" w:rsidR="000407DD" w:rsidRDefault="00FE09F2">
            <w:r>
              <w:t>Beneficiar</w:t>
            </w:r>
          </w:p>
        </w:tc>
        <w:tc>
          <w:tcPr>
            <w:tcW w:w="7087" w:type="dxa"/>
            <w:vAlign w:val="center"/>
          </w:tcPr>
          <w:p w14:paraId="20D4A91B" w14:textId="77777777" w:rsidR="000407DD" w:rsidRDefault="00FE09F2">
            <w:r>
              <w:t>COMUNA MOLDOVIȚA, JUDEȚUL SUCEAVA</w:t>
            </w:r>
          </w:p>
        </w:tc>
      </w:tr>
      <w:tr w:rsidR="000407DD" w14:paraId="1C04B9E0" w14:textId="77777777">
        <w:trPr>
          <w:jc w:val="center"/>
        </w:trPr>
        <w:tc>
          <w:tcPr>
            <w:tcW w:w="2551" w:type="dxa"/>
            <w:vAlign w:val="center"/>
          </w:tcPr>
          <w:p w14:paraId="4D16813D" w14:textId="77777777" w:rsidR="000407DD" w:rsidRPr="00FE09F2" w:rsidRDefault="00FE09F2">
            <w:r w:rsidRPr="00FE09F2">
              <w:t>Titlul proiectului</w:t>
            </w:r>
          </w:p>
        </w:tc>
        <w:tc>
          <w:tcPr>
            <w:tcW w:w="7087" w:type="dxa"/>
            <w:vAlign w:val="center"/>
          </w:tcPr>
          <w:p w14:paraId="7368F17A" w14:textId="77777777" w:rsidR="000407DD" w:rsidRPr="00FE09F2" w:rsidRDefault="00FE09F2">
            <w:r w:rsidRPr="00FE09F2">
              <w:t>Via Moldovița – Dezvoltarea și promovarea rețelei de trasee turistice din destinația Moldovița</w:t>
            </w:r>
          </w:p>
        </w:tc>
      </w:tr>
      <w:tr w:rsidR="000407DD" w14:paraId="0A155055" w14:textId="77777777">
        <w:trPr>
          <w:jc w:val="center"/>
        </w:trPr>
        <w:tc>
          <w:tcPr>
            <w:tcW w:w="2551" w:type="dxa"/>
            <w:vAlign w:val="center"/>
          </w:tcPr>
          <w:p w14:paraId="7C5B9738" w14:textId="77777777" w:rsidR="000407DD" w:rsidRPr="00FE09F2" w:rsidRDefault="00FE09F2">
            <w:r w:rsidRPr="00FE09F2">
              <w:t>Contract de finanțare</w:t>
            </w:r>
          </w:p>
        </w:tc>
        <w:tc>
          <w:tcPr>
            <w:tcW w:w="7087" w:type="dxa"/>
            <w:vAlign w:val="center"/>
          </w:tcPr>
          <w:p w14:paraId="60C53F2B" w14:textId="63FD9C4D" w:rsidR="000407DD" w:rsidRPr="00FE09F2" w:rsidRDefault="00FE09F2">
            <w:r w:rsidRPr="00FE09F2">
              <w:t>nr. 109</w:t>
            </w:r>
            <w:r w:rsidRPr="00FE09F2">
              <w:t xml:space="preserve"> / </w:t>
            </w:r>
            <w:r w:rsidRPr="00FE09F2">
              <w:t>14.08.2026</w:t>
            </w:r>
          </w:p>
        </w:tc>
      </w:tr>
      <w:tr w:rsidR="000407DD" w14:paraId="3AE2EFA1" w14:textId="77777777">
        <w:trPr>
          <w:jc w:val="center"/>
        </w:trPr>
        <w:tc>
          <w:tcPr>
            <w:tcW w:w="2551" w:type="dxa"/>
            <w:vAlign w:val="center"/>
          </w:tcPr>
          <w:p w14:paraId="6EB77C15" w14:textId="77777777" w:rsidR="000407DD" w:rsidRDefault="00FE09F2">
            <w:r>
              <w:t>Achiziția</w:t>
            </w:r>
          </w:p>
        </w:tc>
        <w:tc>
          <w:tcPr>
            <w:tcW w:w="7087" w:type="dxa"/>
            <w:vAlign w:val="center"/>
          </w:tcPr>
          <w:p w14:paraId="10201C1B" w14:textId="77777777" w:rsidR="000407DD" w:rsidRDefault="00FE09F2">
            <w:r>
              <w:t>Servicii de digitalizare a traseelor turistice Via Moldovița și dotări IT pentru management</w:t>
            </w:r>
          </w:p>
        </w:tc>
      </w:tr>
    </w:tbl>
    <w:p w14:paraId="2F0FD9B1" w14:textId="77777777" w:rsidR="000407DD" w:rsidRDefault="00FE09F2">
      <w:r>
        <w:t>Subsemnatul/Subsemnata ______________________________, reprezentant legal al ______________________________, CUI ____________________, declar</w:t>
      </w:r>
      <w:r>
        <w:t xml:space="preserve"> pe propria răspundere că ofertantul, reprezentanții săi legali, persoanele implicate în elaborarea ofertei și subcontractorii declarați nu se află într-o situație de conflict de interese în legătură cu procedura de achiziție directă menționată mai sus.</w:t>
      </w:r>
    </w:p>
    <w:p w14:paraId="0E1F2BDA" w14:textId="77777777" w:rsidR="000407DD" w:rsidRDefault="00FE09F2">
      <w:r>
        <w:t>De</w:t>
      </w:r>
      <w:r>
        <w:t>clar că nu am legături personale, patrimoniale sau de altă natură de natură să afecteze imparțialitatea procedurii cu persoanele care exercită funcții de decizie în cadrul Comunei Moldovița, în raport cu această achiziție. Mă oblig să comunic imediat orice</w:t>
      </w:r>
      <w:r>
        <w:t xml:space="preserve"> situație care ar putea genera un conflict de interese.</w:t>
      </w:r>
    </w:p>
    <w:p w14:paraId="5CE207C9" w14:textId="77777777" w:rsidR="000407DD" w:rsidRDefault="00FE09F2">
      <w:r>
        <w:rPr>
          <w:highlight w:val="yellow"/>
        </w:rPr>
        <w:t>Data: ____________</w:t>
      </w:r>
      <w:r>
        <w:rPr>
          <w:highlight w:val="yellow"/>
        </w:rPr>
        <w:br/>
      </w:r>
      <w:r>
        <w:rPr>
          <w:highlight w:val="yellow"/>
        </w:rPr>
        <w:br/>
        <w:t>Ofertant,</w:t>
      </w:r>
      <w:r>
        <w:rPr>
          <w:highlight w:val="yellow"/>
        </w:rPr>
        <w:br/>
        <w:t>Denumire: ______________________________</w:t>
      </w:r>
      <w:r>
        <w:rPr>
          <w:highlight w:val="yellow"/>
        </w:rPr>
        <w:br/>
        <w:t>Reprezentant legal: ______________________________</w:t>
      </w:r>
      <w:r>
        <w:rPr>
          <w:highlight w:val="yellow"/>
        </w:rPr>
        <w:br/>
        <w:t>Semnătură și ștampilă: ______________________________</w:t>
      </w:r>
    </w:p>
    <w:sectPr w:rsidR="000407DD"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07DD"/>
    <w:rsid w:val="0006063C"/>
    <w:rsid w:val="0015074B"/>
    <w:rsid w:val="0029639D"/>
    <w:rsid w:val="00326F90"/>
    <w:rsid w:val="00AA1D8D"/>
    <w:rsid w:val="00B47730"/>
    <w:rsid w:val="00CB0664"/>
    <w:rsid w:val="00FC693F"/>
    <w:rsid w:val="00FE0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28C29"/>
  <w14:defaultImageDpi w14:val="300"/>
  <w15:docId w15:val="{93F88BBC-6EDC-402A-A163-D8783322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Livia Camciuc</cp:lastModifiedBy>
  <cp:revision>2</cp:revision>
  <dcterms:created xsi:type="dcterms:W3CDTF">2013-12-23T23:15:00Z</dcterms:created>
  <dcterms:modified xsi:type="dcterms:W3CDTF">2026-08-20T16:43:00Z</dcterms:modified>
  <cp:category/>
</cp:coreProperties>
</file>