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BE021" w14:textId="77777777" w:rsidR="00060496" w:rsidRPr="001C57C4" w:rsidRDefault="001C57C4">
      <w:pPr>
        <w:pStyle w:val="Heading1"/>
        <w:jc w:val="center"/>
        <w:rPr>
          <w:rFonts w:ascii="Times New Roman" w:hAnsi="Times New Roman" w:cs="Times New Roman"/>
          <w:sz w:val="20"/>
          <w:szCs w:val="20"/>
        </w:rPr>
      </w:pPr>
      <w:r w:rsidRPr="001C57C4">
        <w:rPr>
          <w:rFonts w:ascii="Times New Roman" w:hAnsi="Times New Roman" w:cs="Times New Roman"/>
          <w:sz w:val="20"/>
          <w:szCs w:val="20"/>
        </w:rPr>
        <w:t>DECLARAȚIE PRIVIND BENEFICIARII REALI – MODEL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7087"/>
      </w:tblGrid>
      <w:tr w:rsidR="00060496" w:rsidRPr="001C57C4" w14:paraId="2301780B" w14:textId="77777777">
        <w:trPr>
          <w:jc w:val="center"/>
        </w:trPr>
        <w:tc>
          <w:tcPr>
            <w:tcW w:w="2551" w:type="dxa"/>
            <w:shd w:val="clear" w:color="auto" w:fill="D9EAF7"/>
            <w:vAlign w:val="center"/>
          </w:tcPr>
          <w:p w14:paraId="4E821FB0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b/>
                <w:sz w:val="20"/>
                <w:szCs w:val="20"/>
              </w:rPr>
              <w:t>Element</w:t>
            </w:r>
          </w:p>
        </w:tc>
        <w:tc>
          <w:tcPr>
            <w:tcW w:w="7087" w:type="dxa"/>
            <w:shd w:val="clear" w:color="auto" w:fill="D9EAF7"/>
            <w:vAlign w:val="center"/>
          </w:tcPr>
          <w:p w14:paraId="71068AA3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</w:tr>
      <w:tr w:rsidR="00060496" w:rsidRPr="001C57C4" w14:paraId="5FB64B51" w14:textId="77777777">
        <w:trPr>
          <w:jc w:val="center"/>
        </w:trPr>
        <w:tc>
          <w:tcPr>
            <w:tcW w:w="2551" w:type="dxa"/>
            <w:vAlign w:val="center"/>
          </w:tcPr>
          <w:p w14:paraId="0A66F5F9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Apel</w:t>
            </w:r>
          </w:p>
        </w:tc>
        <w:tc>
          <w:tcPr>
            <w:tcW w:w="7087" w:type="dxa"/>
            <w:vAlign w:val="center"/>
          </w:tcPr>
          <w:p w14:paraId="2AF6F8DF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 xml:space="preserve">PNRR/2025/C11/REFORMA 1 – Componenta C11 – Turism și cultură, Reforma R1 – Operaționalizarea Organizațiilor de </w:t>
            </w: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Management al Destinației</w:t>
            </w:r>
          </w:p>
        </w:tc>
      </w:tr>
      <w:tr w:rsidR="00060496" w:rsidRPr="001C57C4" w14:paraId="69340C7C" w14:textId="77777777">
        <w:trPr>
          <w:jc w:val="center"/>
        </w:trPr>
        <w:tc>
          <w:tcPr>
            <w:tcW w:w="2551" w:type="dxa"/>
            <w:vAlign w:val="center"/>
          </w:tcPr>
          <w:p w14:paraId="6F744720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Beneficiar</w:t>
            </w:r>
          </w:p>
        </w:tc>
        <w:tc>
          <w:tcPr>
            <w:tcW w:w="7087" w:type="dxa"/>
            <w:vAlign w:val="center"/>
          </w:tcPr>
          <w:p w14:paraId="5AD99B9F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COMUNA MOLDOVIȚA, JUDEȚUL SUCEAVA</w:t>
            </w:r>
          </w:p>
        </w:tc>
      </w:tr>
      <w:tr w:rsidR="00060496" w:rsidRPr="001C57C4" w14:paraId="27A9E599" w14:textId="77777777">
        <w:trPr>
          <w:jc w:val="center"/>
        </w:trPr>
        <w:tc>
          <w:tcPr>
            <w:tcW w:w="2551" w:type="dxa"/>
            <w:vAlign w:val="center"/>
          </w:tcPr>
          <w:p w14:paraId="0CCFD634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Titlul proiectului</w:t>
            </w:r>
          </w:p>
        </w:tc>
        <w:tc>
          <w:tcPr>
            <w:tcW w:w="7087" w:type="dxa"/>
            <w:vAlign w:val="center"/>
          </w:tcPr>
          <w:p w14:paraId="1C59449C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Via Moldovița – Dezvoltarea și promovarea rețelei de trasee turistice din destinația Moldovița</w:t>
            </w:r>
          </w:p>
        </w:tc>
      </w:tr>
      <w:tr w:rsidR="00060496" w:rsidRPr="001C57C4" w14:paraId="1054F408" w14:textId="77777777">
        <w:trPr>
          <w:jc w:val="center"/>
        </w:trPr>
        <w:tc>
          <w:tcPr>
            <w:tcW w:w="2551" w:type="dxa"/>
            <w:vAlign w:val="center"/>
          </w:tcPr>
          <w:p w14:paraId="3BD9D8A7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Contract de finanțare</w:t>
            </w:r>
          </w:p>
        </w:tc>
        <w:tc>
          <w:tcPr>
            <w:tcW w:w="7087" w:type="dxa"/>
            <w:vAlign w:val="center"/>
          </w:tcPr>
          <w:p w14:paraId="2F594FBE" w14:textId="6FA64B02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nr. 109</w:t>
            </w: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 xml:space="preserve"> / 14.08.2026</w:t>
            </w:r>
          </w:p>
        </w:tc>
      </w:tr>
      <w:tr w:rsidR="00060496" w:rsidRPr="001C57C4" w14:paraId="349F70A9" w14:textId="77777777">
        <w:trPr>
          <w:jc w:val="center"/>
        </w:trPr>
        <w:tc>
          <w:tcPr>
            <w:tcW w:w="2551" w:type="dxa"/>
            <w:vAlign w:val="center"/>
          </w:tcPr>
          <w:p w14:paraId="26229FBD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Achiziția</w:t>
            </w:r>
          </w:p>
        </w:tc>
        <w:tc>
          <w:tcPr>
            <w:tcW w:w="7087" w:type="dxa"/>
            <w:vAlign w:val="center"/>
          </w:tcPr>
          <w:p w14:paraId="1956DE6B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Dotări – semnalizare digitală outdoor 55” și bănci Smart IoT (5 puncte de interes)</w:t>
            </w:r>
          </w:p>
        </w:tc>
      </w:tr>
    </w:tbl>
    <w:p w14:paraId="63B1C94D" w14:textId="77777777" w:rsidR="00060496" w:rsidRPr="001C57C4" w:rsidRDefault="001C57C4">
      <w:pPr>
        <w:rPr>
          <w:rFonts w:ascii="Times New Roman" w:hAnsi="Times New Roman" w:cs="Times New Roman"/>
          <w:sz w:val="20"/>
          <w:szCs w:val="20"/>
        </w:rPr>
      </w:pPr>
      <w:r w:rsidRPr="001C57C4">
        <w:rPr>
          <w:rFonts w:ascii="Times New Roman" w:hAnsi="Times New Roman" w:cs="Times New Roman"/>
          <w:sz w:val="20"/>
          <w:szCs w:val="20"/>
        </w:rPr>
        <w:t>Subsemnatul/Subsemnata ______________________________, în calitate de reprezentant legal al operatorului economic ______________________________, CUI ____________</w:t>
      </w:r>
      <w:r w:rsidRPr="001C57C4">
        <w:rPr>
          <w:rFonts w:ascii="Times New Roman" w:hAnsi="Times New Roman" w:cs="Times New Roman"/>
          <w:sz w:val="20"/>
          <w:szCs w:val="20"/>
        </w:rPr>
        <w:t>________, declar pe propria răspundere, sub sancțiunile aplicabile declarațiilor necorespunzătoare adevărului, următoarele:</w:t>
      </w:r>
    </w:p>
    <w:p w14:paraId="36847ADF" w14:textId="77777777" w:rsidR="00060496" w:rsidRPr="001C57C4" w:rsidRDefault="001C57C4">
      <w:pPr>
        <w:pStyle w:val="Heading2"/>
        <w:rPr>
          <w:rFonts w:ascii="Times New Roman" w:hAnsi="Times New Roman" w:cs="Times New Roman"/>
          <w:sz w:val="20"/>
          <w:szCs w:val="20"/>
        </w:rPr>
      </w:pPr>
      <w:r w:rsidRPr="001C57C4">
        <w:rPr>
          <w:rFonts w:ascii="Times New Roman" w:hAnsi="Times New Roman" w:cs="Times New Roman"/>
          <w:sz w:val="20"/>
          <w:szCs w:val="20"/>
        </w:rPr>
        <w:t>1. Beneficiarii reali ai operatorului economic sunt: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1701"/>
        <w:gridCol w:w="3216"/>
        <w:gridCol w:w="3969"/>
      </w:tblGrid>
      <w:tr w:rsidR="00060496" w:rsidRPr="001C57C4" w14:paraId="489199E4" w14:textId="77777777">
        <w:trPr>
          <w:jc w:val="center"/>
        </w:trPr>
        <w:tc>
          <w:tcPr>
            <w:tcW w:w="567" w:type="dxa"/>
            <w:shd w:val="clear" w:color="auto" w:fill="D9EAF7"/>
            <w:vAlign w:val="center"/>
          </w:tcPr>
          <w:p w14:paraId="136A8612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1701" w:type="dxa"/>
            <w:shd w:val="clear" w:color="auto" w:fill="D9EAF7"/>
            <w:vAlign w:val="center"/>
          </w:tcPr>
          <w:p w14:paraId="78A617D5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b/>
                <w:sz w:val="20"/>
                <w:szCs w:val="20"/>
              </w:rPr>
              <w:t>Element</w:t>
            </w:r>
          </w:p>
        </w:tc>
        <w:tc>
          <w:tcPr>
            <w:tcW w:w="2835" w:type="dxa"/>
            <w:shd w:val="clear" w:color="auto" w:fill="D9EAF7"/>
            <w:vAlign w:val="center"/>
          </w:tcPr>
          <w:p w14:paraId="16ED4888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3969" w:type="dxa"/>
            <w:shd w:val="clear" w:color="auto" w:fill="D9EAF7"/>
            <w:vAlign w:val="center"/>
          </w:tcPr>
          <w:p w14:paraId="28045084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b/>
                <w:sz w:val="20"/>
                <w:szCs w:val="20"/>
              </w:rPr>
              <w:t>Observații</w:t>
            </w:r>
          </w:p>
        </w:tc>
      </w:tr>
      <w:tr w:rsidR="00060496" w:rsidRPr="001C57C4" w14:paraId="365B42C9" w14:textId="77777777">
        <w:trPr>
          <w:jc w:val="center"/>
        </w:trPr>
        <w:tc>
          <w:tcPr>
            <w:tcW w:w="567" w:type="dxa"/>
            <w:vAlign w:val="center"/>
          </w:tcPr>
          <w:p w14:paraId="14C993AD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14331124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Nume și prenume</w:t>
            </w:r>
          </w:p>
        </w:tc>
        <w:tc>
          <w:tcPr>
            <w:tcW w:w="2835" w:type="dxa"/>
            <w:vAlign w:val="center"/>
          </w:tcPr>
          <w:p w14:paraId="06255BE3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  <w:tc>
          <w:tcPr>
            <w:tcW w:w="3969" w:type="dxa"/>
            <w:vAlign w:val="center"/>
          </w:tcPr>
          <w:p w14:paraId="6242C3B8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Calitate/control/participație: ______________________________</w:t>
            </w:r>
          </w:p>
        </w:tc>
      </w:tr>
      <w:tr w:rsidR="00060496" w:rsidRPr="001C57C4" w14:paraId="40B4FF24" w14:textId="77777777">
        <w:trPr>
          <w:jc w:val="center"/>
        </w:trPr>
        <w:tc>
          <w:tcPr>
            <w:tcW w:w="567" w:type="dxa"/>
            <w:vAlign w:val="center"/>
          </w:tcPr>
          <w:p w14:paraId="661DE3CC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23B8ED97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Nume și prenume</w:t>
            </w:r>
          </w:p>
        </w:tc>
        <w:tc>
          <w:tcPr>
            <w:tcW w:w="2835" w:type="dxa"/>
            <w:vAlign w:val="center"/>
          </w:tcPr>
          <w:p w14:paraId="087F8397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  <w:tc>
          <w:tcPr>
            <w:tcW w:w="3969" w:type="dxa"/>
            <w:vAlign w:val="center"/>
          </w:tcPr>
          <w:p w14:paraId="1EE7E125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Calitate/control/participație: ______________________________</w:t>
            </w:r>
          </w:p>
        </w:tc>
      </w:tr>
      <w:tr w:rsidR="00060496" w:rsidRPr="001C57C4" w14:paraId="3BD0FE8A" w14:textId="77777777">
        <w:trPr>
          <w:jc w:val="center"/>
        </w:trPr>
        <w:tc>
          <w:tcPr>
            <w:tcW w:w="567" w:type="dxa"/>
            <w:vAlign w:val="center"/>
          </w:tcPr>
          <w:p w14:paraId="7AACD27B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5313A0AF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Nume și prenume</w:t>
            </w:r>
          </w:p>
        </w:tc>
        <w:tc>
          <w:tcPr>
            <w:tcW w:w="2835" w:type="dxa"/>
            <w:vAlign w:val="center"/>
          </w:tcPr>
          <w:p w14:paraId="330837E9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</w:tc>
        <w:tc>
          <w:tcPr>
            <w:tcW w:w="3969" w:type="dxa"/>
            <w:vAlign w:val="center"/>
          </w:tcPr>
          <w:p w14:paraId="5D55B36B" w14:textId="77777777" w:rsidR="00060496" w:rsidRPr="001C57C4" w:rsidRDefault="001C5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1C57C4">
              <w:rPr>
                <w:rFonts w:ascii="Times New Roman" w:hAnsi="Times New Roman" w:cs="Times New Roman"/>
                <w:sz w:val="20"/>
                <w:szCs w:val="20"/>
              </w:rPr>
              <w:t>alitate/control/participație: ______________________________</w:t>
            </w:r>
          </w:p>
        </w:tc>
      </w:tr>
    </w:tbl>
    <w:p w14:paraId="5BC1D8D6" w14:textId="77777777" w:rsidR="00060496" w:rsidRPr="001C57C4" w:rsidRDefault="001C57C4">
      <w:pPr>
        <w:pStyle w:val="Heading2"/>
        <w:rPr>
          <w:rFonts w:ascii="Times New Roman" w:hAnsi="Times New Roman" w:cs="Times New Roman"/>
          <w:sz w:val="20"/>
          <w:szCs w:val="20"/>
        </w:rPr>
      </w:pPr>
      <w:r w:rsidRPr="001C57C4">
        <w:rPr>
          <w:rFonts w:ascii="Times New Roman" w:hAnsi="Times New Roman" w:cs="Times New Roman"/>
          <w:sz w:val="20"/>
          <w:szCs w:val="20"/>
        </w:rPr>
        <w:t>2. Confirmări</w:t>
      </w:r>
    </w:p>
    <w:p w14:paraId="36A86861" w14:textId="77777777" w:rsidR="00060496" w:rsidRPr="001C57C4" w:rsidRDefault="001C57C4">
      <w:pPr>
        <w:rPr>
          <w:rFonts w:ascii="Times New Roman" w:hAnsi="Times New Roman" w:cs="Times New Roman"/>
          <w:sz w:val="20"/>
          <w:szCs w:val="20"/>
        </w:rPr>
      </w:pPr>
      <w:r w:rsidRPr="001C57C4">
        <w:rPr>
          <w:rFonts w:ascii="Times New Roman" w:hAnsi="Times New Roman" w:cs="Times New Roman"/>
          <w:sz w:val="20"/>
          <w:szCs w:val="20"/>
        </w:rPr>
        <w:t xml:space="preserve">Declar că informațiile de mai sus sunt complete, corecte și actuale. Mă oblig să comunic în scris orice modificare </w:t>
      </w:r>
      <w:r w:rsidRPr="001C57C4">
        <w:rPr>
          <w:rFonts w:ascii="Times New Roman" w:hAnsi="Times New Roman" w:cs="Times New Roman"/>
          <w:sz w:val="20"/>
          <w:szCs w:val="20"/>
        </w:rPr>
        <w:t>intervenită până la finalizarea contractului. În cazul declarării</w:t>
      </w:r>
      <w:r w:rsidRPr="001C57C4">
        <w:rPr>
          <w:rFonts w:ascii="Times New Roman" w:hAnsi="Times New Roman" w:cs="Times New Roman"/>
          <w:sz w:val="20"/>
          <w:szCs w:val="20"/>
        </w:rPr>
        <w:t xml:space="preserve"> subcontractorilor, fiecare subcontractor va transmite o declarație privind beneficiarii reali, după caz.</w:t>
      </w:r>
    </w:p>
    <w:p w14:paraId="75B91485" w14:textId="77777777" w:rsidR="00060496" w:rsidRPr="001C57C4" w:rsidRDefault="001C57C4">
      <w:pPr>
        <w:rPr>
          <w:rFonts w:ascii="Times New Roman" w:hAnsi="Times New Roman" w:cs="Times New Roman"/>
          <w:sz w:val="20"/>
          <w:szCs w:val="20"/>
        </w:rPr>
      </w:pPr>
      <w:r w:rsidRPr="001C57C4">
        <w:rPr>
          <w:rFonts w:ascii="Times New Roman" w:hAnsi="Times New Roman" w:cs="Times New Roman"/>
          <w:sz w:val="20"/>
          <w:szCs w:val="20"/>
        </w:rPr>
        <w:t>Data: ____________</w:t>
      </w:r>
      <w:r w:rsidRPr="001C57C4">
        <w:rPr>
          <w:rFonts w:ascii="Times New Roman" w:hAnsi="Times New Roman" w:cs="Times New Roman"/>
          <w:sz w:val="20"/>
          <w:szCs w:val="20"/>
        </w:rPr>
        <w:br/>
      </w:r>
      <w:r w:rsidRPr="001C57C4">
        <w:rPr>
          <w:rFonts w:ascii="Times New Roman" w:hAnsi="Times New Roman" w:cs="Times New Roman"/>
          <w:sz w:val="20"/>
          <w:szCs w:val="20"/>
        </w:rPr>
        <w:br/>
        <w:t>Denumire operator economic: ______________________________</w:t>
      </w:r>
      <w:r w:rsidRPr="001C57C4">
        <w:rPr>
          <w:rFonts w:ascii="Times New Roman" w:hAnsi="Times New Roman" w:cs="Times New Roman"/>
          <w:sz w:val="20"/>
          <w:szCs w:val="20"/>
        </w:rPr>
        <w:br/>
        <w:t>Reprezentant legal: ______________________________</w:t>
      </w:r>
      <w:r w:rsidRPr="001C57C4">
        <w:rPr>
          <w:rFonts w:ascii="Times New Roman" w:hAnsi="Times New Roman" w:cs="Times New Roman"/>
          <w:sz w:val="20"/>
          <w:szCs w:val="20"/>
        </w:rPr>
        <w:br/>
        <w:t>Semnătură și ștampil</w:t>
      </w:r>
      <w:r w:rsidRPr="001C57C4">
        <w:rPr>
          <w:rFonts w:ascii="Times New Roman" w:hAnsi="Times New Roman" w:cs="Times New Roman"/>
          <w:sz w:val="20"/>
          <w:szCs w:val="20"/>
        </w:rPr>
        <w:t>ă: ______________________________</w:t>
      </w:r>
    </w:p>
    <w:sectPr w:rsidR="00060496" w:rsidRPr="001C57C4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496"/>
    <w:rsid w:val="0006063C"/>
    <w:rsid w:val="0015074B"/>
    <w:rsid w:val="001C57C4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26A290"/>
  <w14:defaultImageDpi w14:val="300"/>
  <w15:docId w15:val="{3A82452B-DD1A-4DA8-9BBD-0EF53400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Livia Camciuc</cp:lastModifiedBy>
  <cp:revision>2</cp:revision>
  <dcterms:created xsi:type="dcterms:W3CDTF">2013-12-23T23:15:00Z</dcterms:created>
  <dcterms:modified xsi:type="dcterms:W3CDTF">2026-08-21T11:29:00Z</dcterms:modified>
  <cp:category/>
</cp:coreProperties>
</file>